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2AC09" w14:textId="77777777" w:rsidR="00D51834" w:rsidRPr="00B85BBB" w:rsidRDefault="006F2FFE" w:rsidP="000C1A5E">
      <w:pPr>
        <w:pStyle w:val="aa"/>
        <w:jc w:val="distribute"/>
        <w:rPr>
          <w:rFonts w:ascii="jf open 粉圓 2.0" w:eastAsia="jf open 粉圓 2.0" w:hAnsi="jf open 粉圓 2.0"/>
          <w:lang w:eastAsia="zh-TW"/>
        </w:rPr>
      </w:pPr>
      <w:r w:rsidRPr="00B85BBB">
        <w:rPr>
          <w:rFonts w:ascii="Segoe UI Emoji" w:eastAsia="jf open 粉圓 2.0" w:hAnsi="Segoe UI Emoji" w:cs="Segoe UI Emoji"/>
          <w:lang w:eastAsia="zh-TW"/>
        </w:rPr>
        <w:t>🖥️</w:t>
      </w:r>
      <w:r w:rsidRPr="00B85BBB">
        <w:rPr>
          <w:rFonts w:ascii="jf open 粉圓 2.0" w:eastAsia="jf open 粉圓 2.0" w:hAnsi="jf open 粉圓 2.0"/>
          <w:lang w:eastAsia="zh-TW"/>
        </w:rPr>
        <w:t xml:space="preserve"> 暑假資訊作業繳交說明</w:t>
      </w:r>
    </w:p>
    <w:p w14:paraId="753E9242" w14:textId="77777777" w:rsidR="00D51834" w:rsidRPr="00B85BBB" w:rsidRDefault="006F2FFE">
      <w:pPr>
        <w:pStyle w:val="1"/>
        <w:rPr>
          <w:rFonts w:ascii="jf open 粉圓 2.0" w:eastAsia="jf open 粉圓 2.0" w:hAnsi="jf open 粉圓 2.0"/>
          <w:lang w:eastAsia="zh-TW"/>
        </w:rPr>
      </w:pPr>
      <w:r w:rsidRPr="00B85BBB">
        <w:rPr>
          <w:rFonts w:ascii="jf open 粉圓 2.0" w:eastAsia="jf open 粉圓 2.0" w:hAnsi="jf open 粉圓 2.0"/>
          <w:lang w:eastAsia="zh-TW"/>
        </w:rPr>
        <w:t>《資科30天自主學習計畫》</w:t>
      </w:r>
    </w:p>
    <w:p w14:paraId="4786C907" w14:textId="0522BC6B" w:rsidR="00D51834" w:rsidRPr="00B85BBB" w:rsidRDefault="006F2FFE">
      <w:pPr>
        <w:pStyle w:val="21"/>
        <w:rPr>
          <w:rFonts w:ascii="jf open 粉圓 2.0" w:eastAsia="jf open 粉圓 2.0" w:hAnsi="jf open 粉圓 2.0"/>
          <w:lang w:eastAsia="zh-TW"/>
        </w:rPr>
      </w:pPr>
      <w:r w:rsidRPr="00B85BBB">
        <w:rPr>
          <w:rFonts w:ascii="jf open 粉圓 2.0" w:eastAsia="jf open 粉圓 2.0" w:hAnsi="jf open 粉圓 2.0"/>
          <w:lang w:eastAsia="zh-TW"/>
        </w:rPr>
        <w:t>一、作業內容</w:t>
      </w:r>
    </w:p>
    <w:p w14:paraId="5362E530" w14:textId="1E024182" w:rsidR="00B85BBB" w:rsidRPr="006276AD" w:rsidRDefault="006F2FFE" w:rsidP="00B85BBB">
      <w:pPr>
        <w:pStyle w:val="ae"/>
        <w:numPr>
          <w:ilvl w:val="0"/>
          <w:numId w:val="11"/>
        </w:numPr>
        <w:rPr>
          <w:rFonts w:ascii="jf open 粉圓 2.0" w:eastAsia="jf open 粉圓 2.0" w:hAnsi="jf open 粉圓 2.0"/>
          <w:b/>
          <w:bCs/>
          <w:u w:val="single"/>
          <w:bdr w:val="single" w:sz="4" w:space="0" w:color="auto"/>
          <w:lang w:eastAsia="zh-TW"/>
        </w:rPr>
      </w:pPr>
      <w:r w:rsidRPr="006276AD">
        <w:rPr>
          <w:rFonts w:ascii="jf open 粉圓 2.0" w:eastAsia="jf open 粉圓 2.0" w:hAnsi="jf open 粉圓 2.0"/>
          <w:b/>
          <w:bCs/>
          <w:u w:val="single"/>
          <w:bdr w:val="single" w:sz="4" w:space="0" w:color="auto"/>
          <w:lang w:eastAsia="zh-TW"/>
        </w:rPr>
        <w:t>作業階段流程</w:t>
      </w:r>
    </w:p>
    <w:p w14:paraId="1F263DAB" w14:textId="77777777" w:rsidR="00B85BBB" w:rsidRPr="00B85BBB" w:rsidRDefault="00B85BBB" w:rsidP="00B85BBB">
      <w:pPr>
        <w:rPr>
          <w:rFonts w:ascii="jf open 粉圓 2.0" w:eastAsia="jf open 粉圓 2.0" w:hAnsi="jf open 粉圓 2.0"/>
          <w:lang w:eastAsia="zh-TW"/>
        </w:rPr>
      </w:pPr>
      <w:r w:rsidRPr="00B85BBB">
        <w:rPr>
          <w:rFonts w:ascii="Segoe UI Emoji" w:eastAsia="jf open 粉圓 2.0" w:hAnsi="Segoe UI Emoji" w:cs="Segoe UI Emoji"/>
          <w:lang w:eastAsia="zh-TW"/>
        </w:rPr>
        <w:t>✅</w:t>
      </w:r>
      <w:r w:rsidRPr="00B85BBB">
        <w:rPr>
          <w:rFonts w:ascii="jf open 粉圓 2.0" w:eastAsia="jf open 粉圓 2.0" w:hAnsi="jf open 粉圓 2.0"/>
          <w:lang w:eastAsia="zh-TW"/>
        </w:rPr>
        <w:t xml:space="preserve"> 暑假前：已繳交計畫書（格式統一）</w:t>
      </w:r>
    </w:p>
    <w:p w14:paraId="19188D15" w14:textId="31B072FD" w:rsidR="00B85BBB" w:rsidRPr="00B85BBB" w:rsidRDefault="00B85BBB" w:rsidP="00B85BBB">
      <w:pPr>
        <w:rPr>
          <w:rFonts w:ascii="jf open 粉圓 2.0" w:eastAsia="jf open 粉圓 2.0" w:hAnsi="jf open 粉圓 2.0"/>
          <w:lang w:eastAsia="zh-TW"/>
        </w:rPr>
      </w:pPr>
      <w:r w:rsidRPr="00B85BBB">
        <w:rPr>
          <w:rFonts w:ascii="jf open 粉圓 2.0" w:eastAsia="jf open 粉圓 2.0" w:hAnsi="jf open 粉圓 2.0"/>
          <w:lang w:eastAsia="zh-TW"/>
        </w:rPr>
        <w:t xml:space="preserve"> </w:t>
      </w:r>
      <w:r w:rsidRPr="00B85BBB">
        <w:rPr>
          <w:rFonts w:ascii="Segoe UI Emoji" w:eastAsia="jf open 粉圓 2.0" w:hAnsi="Segoe UI Emoji" w:cs="Segoe UI Emoji"/>
          <w:lang w:eastAsia="zh-TW"/>
        </w:rPr>
        <w:t>😊</w:t>
      </w:r>
      <w:r w:rsidRPr="00B85BBB">
        <w:rPr>
          <w:rFonts w:ascii="jf open 粉圓 2.0" w:eastAsia="jf open 粉圓 2.0" w:hAnsi="jf open 粉圓 2.0"/>
          <w:lang w:eastAsia="zh-TW"/>
        </w:rPr>
        <w:t>如果真的忘記計畫</w:t>
      </w:r>
      <w:r w:rsidRPr="00B85BBB">
        <w:rPr>
          <w:rFonts w:ascii="jf open 粉圓 2.0" w:eastAsia="jf open 粉圓 2.0" w:hAnsi="jf open 粉圓 2.0" w:cs="微軟正黑體" w:hint="eastAsia"/>
          <w:lang w:eastAsia="zh-TW"/>
        </w:rPr>
        <w:t>內</w:t>
      </w:r>
      <w:r w:rsidRPr="00B85BBB">
        <w:rPr>
          <w:rFonts w:ascii="jf open 粉圓 2.0" w:eastAsia="jf open 粉圓 2.0" w:hAnsi="jf open 粉圓 2.0" w:cs="MS Mincho" w:hint="eastAsia"/>
          <w:lang w:eastAsia="zh-TW"/>
        </w:rPr>
        <w:t>容，到你的雲端硬碟看看</w:t>
      </w:r>
    </w:p>
    <w:p w14:paraId="5DE92ECD" w14:textId="77777777" w:rsidR="00B85BBB" w:rsidRPr="00B85BBB" w:rsidRDefault="00B85BBB" w:rsidP="00B85BBB">
      <w:pPr>
        <w:rPr>
          <w:rFonts w:ascii="jf open 粉圓 2.0" w:eastAsia="jf open 粉圓 2.0" w:hAnsi="jf open 粉圓 2.0"/>
          <w:lang w:eastAsia="zh-TW"/>
        </w:rPr>
      </w:pPr>
      <w:r w:rsidRPr="00B85BBB">
        <w:rPr>
          <w:rFonts w:ascii="Segoe UI Emoji" w:eastAsia="jf open 粉圓 2.0" w:hAnsi="Segoe UI Emoji" w:cs="Segoe UI Emoji"/>
          <w:lang w:eastAsia="zh-TW"/>
        </w:rPr>
        <w:t>🔄</w:t>
      </w:r>
      <w:r w:rsidRPr="00B85BBB">
        <w:rPr>
          <w:rFonts w:ascii="jf open 粉圓 2.0" w:eastAsia="jf open 粉圓 2.0" w:hAnsi="jf open 粉圓 2.0"/>
          <w:lang w:eastAsia="zh-TW"/>
        </w:rPr>
        <w:t xml:space="preserve"> 暑假中：依照計畫每日執行</w:t>
      </w:r>
    </w:p>
    <w:p w14:paraId="159DE572" w14:textId="77777777" w:rsidR="00B85BBB" w:rsidRDefault="00B85BBB" w:rsidP="00B85BBB">
      <w:pPr>
        <w:rPr>
          <w:rFonts w:ascii="jf open 粉圓 2.0" w:eastAsia="jf open 粉圓 2.0" w:hAnsi="jf open 粉圓 2.0"/>
          <w:lang w:eastAsia="zh-TW"/>
        </w:rPr>
      </w:pPr>
      <w:r w:rsidRPr="00B85BBB">
        <w:rPr>
          <w:rFonts w:ascii="Segoe UI Emoji" w:eastAsia="jf open 粉圓 2.0" w:hAnsi="Segoe UI Emoji" w:cs="Segoe UI Emoji"/>
          <w:lang w:eastAsia="zh-TW"/>
        </w:rPr>
        <w:t>📒</w:t>
      </w:r>
      <w:r w:rsidRPr="00B85BBB">
        <w:rPr>
          <w:rFonts w:ascii="jf open 粉圓 2.0" w:eastAsia="jf open 粉圓 2.0" w:hAnsi="jf open 粉圓 2.0"/>
          <w:lang w:eastAsia="zh-TW"/>
        </w:rPr>
        <w:t xml:space="preserve"> 成果紀錄：完成每週紀錄表，附上過程照片或筆記</w:t>
      </w:r>
    </w:p>
    <w:p w14:paraId="70610356" w14:textId="610C2DAC" w:rsidR="006276AD" w:rsidRPr="006276AD" w:rsidRDefault="006276AD" w:rsidP="006276AD">
      <w:pPr>
        <w:jc w:val="center"/>
        <w:rPr>
          <w:rFonts w:ascii="jf open 粉圓 2.0" w:eastAsia="jf open 粉圓 2.0" w:hAnsi="jf open 粉圓 2.0"/>
          <w:sz w:val="32"/>
          <w:szCs w:val="28"/>
          <w:bdr w:val="single" w:sz="4" w:space="0" w:color="auto"/>
          <w:lang w:eastAsia="zh-TW"/>
        </w:rPr>
      </w:pPr>
      <w:r w:rsidRPr="006276AD">
        <w:rPr>
          <w:rFonts w:ascii="jf open 粉圓 2.0" w:eastAsia="jf open 粉圓 2.0" w:hAnsi="jf open 粉圓 2.0"/>
          <w:sz w:val="32"/>
          <w:szCs w:val="28"/>
          <w:bdr w:val="single" w:sz="4" w:space="0" w:color="auto"/>
          <w:lang w:eastAsia="zh-TW"/>
        </w:rPr>
        <w:t>2025 / 8 / 31 前要繳交</w:t>
      </w:r>
      <w:r w:rsidR="00296A9D">
        <w:rPr>
          <w:rFonts w:ascii="jf open 粉圓 2.0" w:eastAsia="jf open 粉圓 2.0" w:hAnsi="jf open 粉圓 2.0" w:hint="eastAsia"/>
          <w:sz w:val="32"/>
          <w:szCs w:val="28"/>
          <w:bdr w:val="single" w:sz="4" w:space="0" w:color="auto"/>
          <w:lang w:eastAsia="zh-TW"/>
        </w:rPr>
        <w:t>的東西有</w:t>
      </w:r>
      <w:r w:rsidRPr="006276AD">
        <w:rPr>
          <w:rFonts w:ascii="jf open 粉圓 2.0" w:eastAsia="jf open 粉圓 2.0" w:hAnsi="jf open 粉圓 2.0"/>
          <w:sz w:val="32"/>
          <w:szCs w:val="28"/>
          <w:bdr w:val="single" w:sz="4" w:space="0" w:color="auto"/>
          <w:lang w:eastAsia="zh-TW"/>
        </w:rPr>
        <w:t>：</w:t>
      </w:r>
      <w:r w:rsidR="00296A9D" w:rsidRPr="00296A9D">
        <w:rPr>
          <w:rFonts w:ascii="jf open 粉圓 2.0" w:eastAsia="jf open 粉圓 2.0" w:hAnsi="jf open 粉圓 2.0" w:hint="eastAsia"/>
          <w:b/>
          <w:bCs/>
          <w:sz w:val="32"/>
          <w:szCs w:val="28"/>
          <w:bdr w:val="single" w:sz="4" w:space="0" w:color="auto"/>
          <w:lang w:eastAsia="zh-TW"/>
        </w:rPr>
        <w:t>(自由繳交)</w:t>
      </w:r>
    </w:p>
    <w:p w14:paraId="388ECC0C" w14:textId="4D7ED6AB" w:rsidR="006276AD" w:rsidRPr="006276AD" w:rsidRDefault="006276AD" w:rsidP="006276AD">
      <w:pPr>
        <w:jc w:val="center"/>
        <w:rPr>
          <w:rFonts w:ascii="jf open 粉圓 2.0" w:eastAsia="jf open 粉圓 2.0" w:hAnsi="jf open 粉圓 2.0"/>
          <w:b/>
          <w:bCs/>
          <w:sz w:val="32"/>
          <w:szCs w:val="28"/>
          <w:bdr w:val="single" w:sz="4" w:space="0" w:color="auto"/>
          <w:lang w:eastAsia="zh-TW"/>
        </w:rPr>
      </w:pPr>
      <w:r w:rsidRPr="006276AD">
        <w:rPr>
          <w:rFonts w:ascii="jf open 粉圓 2.0" w:eastAsia="jf open 粉圓 2.0" w:hAnsi="jf open 粉圓 2.0" w:hint="eastAsia"/>
          <w:b/>
          <w:bCs/>
          <w:sz w:val="32"/>
          <w:szCs w:val="28"/>
          <w:highlight w:val="yellow"/>
          <w:bdr w:val="single" w:sz="4" w:space="0" w:color="auto"/>
          <w:lang w:eastAsia="zh-TW"/>
        </w:rPr>
        <w:t>(1)</w:t>
      </w:r>
      <w:r w:rsidRPr="006276AD">
        <w:rPr>
          <w:rFonts w:ascii="jf open 粉圓 2.0" w:eastAsia="jf open 粉圓 2.0" w:hAnsi="jf open 粉圓 2.0"/>
          <w:b/>
          <w:bCs/>
          <w:sz w:val="32"/>
          <w:szCs w:val="28"/>
          <w:highlight w:val="yellow"/>
          <w:bdr w:val="single" w:sz="4" w:space="0" w:color="auto"/>
          <w:lang w:eastAsia="zh-TW"/>
        </w:rPr>
        <w:t>每週紀錄表</w:t>
      </w:r>
      <w:r w:rsidRPr="006276AD">
        <w:rPr>
          <w:rFonts w:ascii="jf open 粉圓 2.0" w:eastAsia="jf open 粉圓 2.0" w:hAnsi="jf open 粉圓 2.0" w:hint="eastAsia"/>
          <w:b/>
          <w:bCs/>
          <w:sz w:val="32"/>
          <w:szCs w:val="28"/>
          <w:highlight w:val="yellow"/>
          <w:bdr w:val="single" w:sz="4" w:space="0" w:color="auto"/>
          <w:lang w:eastAsia="zh-TW"/>
        </w:rPr>
        <w:t>、(2)成果作品</w:t>
      </w:r>
    </w:p>
    <w:p w14:paraId="72B7EFEE" w14:textId="4F40CB86" w:rsidR="00D51834" w:rsidRPr="006276AD" w:rsidRDefault="006F2FFE" w:rsidP="00B85BBB">
      <w:pPr>
        <w:pStyle w:val="ae"/>
        <w:numPr>
          <w:ilvl w:val="0"/>
          <w:numId w:val="11"/>
        </w:numPr>
        <w:rPr>
          <w:rFonts w:ascii="jf open 粉圓 2.0" w:eastAsia="jf open 粉圓 2.0" w:hAnsi="jf open 粉圓 2.0"/>
          <w:b/>
          <w:bCs/>
          <w:u w:val="single"/>
          <w:bdr w:val="single" w:sz="4" w:space="0" w:color="auto"/>
          <w:lang w:eastAsia="zh-TW"/>
        </w:rPr>
      </w:pPr>
      <w:r w:rsidRPr="006276AD">
        <w:rPr>
          <w:rFonts w:ascii="jf open 粉圓 2.0" w:eastAsia="jf open 粉圓 2.0" w:hAnsi="jf open 粉圓 2.0"/>
          <w:b/>
          <w:bCs/>
          <w:u w:val="single"/>
          <w:bdr w:val="single" w:sz="4" w:space="0" w:color="auto"/>
          <w:lang w:eastAsia="zh-TW"/>
        </w:rPr>
        <w:t>成果</w:t>
      </w:r>
      <w:r w:rsidR="00296A9D">
        <w:rPr>
          <w:rFonts w:ascii="jf open 粉圓 2.0" w:eastAsia="jf open 粉圓 2.0" w:hAnsi="jf open 粉圓 2.0" w:hint="eastAsia"/>
          <w:b/>
          <w:bCs/>
          <w:u w:val="single"/>
          <w:bdr w:val="single" w:sz="4" w:space="0" w:color="auto"/>
          <w:lang w:eastAsia="zh-TW"/>
        </w:rPr>
        <w:t>作品</w:t>
      </w:r>
      <w:r w:rsidRPr="006276AD">
        <w:rPr>
          <w:rFonts w:ascii="jf open 粉圓 2.0" w:eastAsia="jf open 粉圓 2.0" w:hAnsi="jf open 粉圓 2.0"/>
          <w:b/>
          <w:bCs/>
          <w:u w:val="single"/>
          <w:bdr w:val="single" w:sz="4" w:space="0" w:color="auto"/>
          <w:lang w:eastAsia="zh-TW"/>
        </w:rPr>
        <w:t>呈現方式（全線上）</w:t>
      </w:r>
    </w:p>
    <w:p w14:paraId="0943C563" w14:textId="0A30FB7A" w:rsidR="00296A9D" w:rsidRDefault="00B85BBB" w:rsidP="00B85BBB">
      <w:pPr>
        <w:numPr>
          <w:ilvl w:val="0"/>
          <w:numId w:val="13"/>
        </w:numPr>
        <w:rPr>
          <w:rFonts w:ascii="jf open 粉圓 2.0" w:eastAsia="jf open 粉圓 2.0" w:hAnsi="jf open 粉圓 2.0"/>
          <w:lang w:eastAsia="zh-TW"/>
        </w:rPr>
      </w:pPr>
      <w:r w:rsidRPr="00B85BBB">
        <w:rPr>
          <w:rFonts w:ascii="jf open 粉圓 2.0" w:eastAsia="jf open 粉圓 2.0" w:hAnsi="jf open 粉圓 2.0" w:hint="eastAsia"/>
          <w:b/>
          <w:bCs/>
          <w:lang w:eastAsia="zh-TW"/>
        </w:rPr>
        <w:t>形式</w:t>
      </w:r>
      <w:r w:rsidRPr="00B85BBB">
        <w:rPr>
          <w:rFonts w:ascii="jf open 粉圓 2.0" w:eastAsia="jf open 粉圓 2.0" w:hAnsi="jf open 粉圓 2.0" w:hint="eastAsia"/>
          <w:lang w:eastAsia="zh-TW"/>
        </w:rPr>
        <w:t>：圖片、拍片、報告錄影、簡報</w:t>
      </w:r>
      <w:r w:rsidR="00296A9D">
        <w:rPr>
          <w:rFonts w:ascii="jf open 粉圓 2.0" w:eastAsia="jf open 粉圓 2.0" w:hAnsi="jf open 粉圓 2.0" w:hint="eastAsia"/>
          <w:lang w:eastAsia="zh-TW"/>
        </w:rPr>
        <w:t>、甚至把你做的作品直接傳給我</w:t>
      </w:r>
    </w:p>
    <w:p w14:paraId="142C228F" w14:textId="518C139C" w:rsidR="006F2FFE" w:rsidRPr="006F2FFE" w:rsidRDefault="006F2FFE" w:rsidP="006F2FFE">
      <w:pPr>
        <w:pStyle w:val="ae"/>
        <w:ind w:left="360"/>
        <w:rPr>
          <w:rFonts w:ascii="jf open 粉圓 2.0" w:eastAsia="jf open 粉圓 2.0" w:hAnsi="jf open 粉圓 2.0"/>
          <w:lang w:eastAsia="zh-TW"/>
        </w:rPr>
      </w:pPr>
      <w:r w:rsidRPr="006F2FFE">
        <w:rPr>
          <w:rFonts w:ascii="jf open 粉圓 2.0" w:eastAsia="jf open 粉圓 2.0" w:hAnsi="jf open 粉圓 2.0" w:hint="eastAsia"/>
          <w:lang w:eastAsia="zh-TW"/>
        </w:rPr>
        <w:t>(如果不知道自己做的作品可以怎麼傳可以問我)</w:t>
      </w:r>
    </w:p>
    <w:p w14:paraId="6A6987C7" w14:textId="77777777" w:rsidR="00B85BBB" w:rsidRPr="00B85BBB" w:rsidRDefault="00B85BBB" w:rsidP="00B85BBB">
      <w:pPr>
        <w:numPr>
          <w:ilvl w:val="0"/>
          <w:numId w:val="13"/>
        </w:numPr>
        <w:rPr>
          <w:rFonts w:ascii="jf open 粉圓 2.0" w:eastAsia="jf open 粉圓 2.0" w:hAnsi="jf open 粉圓 2.0"/>
          <w:lang w:eastAsia="zh-TW"/>
        </w:rPr>
      </w:pPr>
      <w:r w:rsidRPr="00B85BBB">
        <w:rPr>
          <w:rFonts w:ascii="jf open 粉圓 2.0" w:eastAsia="jf open 粉圓 2.0" w:hAnsi="jf open 粉圓 2.0" w:hint="eastAsia"/>
          <w:lang w:eastAsia="zh-TW"/>
        </w:rPr>
        <w:t>原本是要上台，改成</w:t>
      </w:r>
      <w:r w:rsidRPr="00B85BBB">
        <w:rPr>
          <w:rFonts w:ascii="jf open 粉圓 2.0" w:eastAsia="jf open 粉圓 2.0" w:hAnsi="jf open 粉圓 2.0" w:hint="eastAsia"/>
          <w:b/>
          <w:bCs/>
          <w:u w:val="single"/>
          <w:lang w:eastAsia="zh-TW"/>
        </w:rPr>
        <w:t>數位成果/作品</w:t>
      </w:r>
    </w:p>
    <w:p w14:paraId="6D8ABC73" w14:textId="77777777" w:rsidR="00B85BBB" w:rsidRPr="00B85BBB" w:rsidRDefault="00B85BBB" w:rsidP="00B85BBB">
      <w:pPr>
        <w:numPr>
          <w:ilvl w:val="0"/>
          <w:numId w:val="13"/>
        </w:numPr>
        <w:rPr>
          <w:rFonts w:ascii="jf open 粉圓 2.0" w:eastAsia="jf open 粉圓 2.0" w:hAnsi="jf open 粉圓 2.0"/>
          <w:lang w:eastAsia="zh-TW"/>
        </w:rPr>
      </w:pPr>
      <w:r w:rsidRPr="00B85BBB">
        <w:rPr>
          <w:rFonts w:ascii="jf open 粉圓 2.0" w:eastAsia="jf open 粉圓 2.0" w:hAnsi="jf open 粉圓 2.0" w:hint="eastAsia"/>
          <w:lang w:eastAsia="zh-TW"/>
        </w:rPr>
        <w:t>很自由！發揮自己的創意就好</w:t>
      </w:r>
    </w:p>
    <w:p w14:paraId="7E6C7BD6" w14:textId="77777777" w:rsidR="00B85BBB" w:rsidRPr="00B85BBB" w:rsidRDefault="00B85BBB" w:rsidP="00B85BBB">
      <w:pPr>
        <w:numPr>
          <w:ilvl w:val="0"/>
          <w:numId w:val="13"/>
        </w:numPr>
        <w:rPr>
          <w:rFonts w:ascii="jf open 粉圓 2.0" w:eastAsia="jf open 粉圓 2.0" w:hAnsi="jf open 粉圓 2.0"/>
          <w:lang w:eastAsia="zh-TW"/>
        </w:rPr>
      </w:pPr>
      <w:r w:rsidRPr="00B85BBB">
        <w:rPr>
          <w:rFonts w:ascii="jf open 粉圓 2.0" w:eastAsia="jf open 粉圓 2.0" w:hAnsi="jf open 粉圓 2.0" w:hint="eastAsia"/>
          <w:lang w:eastAsia="zh-TW"/>
        </w:rPr>
        <w:t>只要有認真執行，願意做成果就很好！</w:t>
      </w:r>
    </w:p>
    <w:p w14:paraId="22D7CEE2" w14:textId="77777777" w:rsidR="00B85BBB" w:rsidRPr="00B85BBB" w:rsidRDefault="00B85BBB" w:rsidP="00B85BBB">
      <w:pPr>
        <w:numPr>
          <w:ilvl w:val="0"/>
          <w:numId w:val="13"/>
        </w:numPr>
        <w:rPr>
          <w:rFonts w:ascii="jf open 粉圓 2.0" w:eastAsia="jf open 粉圓 2.0" w:hAnsi="jf open 粉圓 2.0"/>
          <w:lang w:eastAsia="zh-TW"/>
        </w:rPr>
      </w:pPr>
      <w:r w:rsidRPr="00B85BBB">
        <w:rPr>
          <w:rFonts w:ascii="jf open 粉圓 2.0" w:eastAsia="jf open 粉圓 2.0" w:hAnsi="jf open 粉圓 2.0" w:hint="eastAsia"/>
          <w:lang w:eastAsia="zh-TW"/>
        </w:rPr>
        <w:t>記得上傳至 Google Drive 並共用給老師</w:t>
      </w:r>
    </w:p>
    <w:p w14:paraId="74368757" w14:textId="7A5EF918" w:rsidR="00B85BBB" w:rsidRPr="006F2FFE" w:rsidRDefault="00B85BBB" w:rsidP="00D43FBD">
      <w:pPr>
        <w:numPr>
          <w:ilvl w:val="0"/>
          <w:numId w:val="13"/>
        </w:numPr>
        <w:rPr>
          <w:rFonts w:ascii="jf open 粉圓 2.0" w:eastAsia="jf open 粉圓 2.0" w:hAnsi="jf open 粉圓 2.0"/>
          <w:lang w:eastAsia="zh-TW"/>
        </w:rPr>
      </w:pPr>
      <w:r w:rsidRPr="006F2FFE">
        <w:rPr>
          <w:rFonts w:ascii="jf open 粉圓 2.0" w:eastAsia="jf open 粉圓 2.0" w:hAnsi="jf open 粉圓 2.0" w:hint="eastAsia"/>
          <w:lang w:eastAsia="zh-TW"/>
        </w:rPr>
        <w:t xml:space="preserve">共用給兩個帳號： - </w:t>
      </w:r>
      <w:hyperlink r:id="rId6" w:history="1">
        <w:r w:rsidRPr="006F2FFE">
          <w:rPr>
            <w:rStyle w:val="affa"/>
            <w:rFonts w:ascii="jf open 粉圓 2.0" w:eastAsia="jf open 粉圓 2.0" w:hAnsi="jf open 粉圓 2.0" w:hint="eastAsia"/>
            <w:lang w:eastAsia="zh-TW"/>
          </w:rPr>
          <w:t>fuhongc15@tmail.ilc.edu.</w:t>
        </w:r>
      </w:hyperlink>
      <w:hyperlink r:id="rId7" w:history="1">
        <w:r w:rsidRPr="006F2FFE">
          <w:rPr>
            <w:rStyle w:val="affa"/>
            <w:rFonts w:ascii="jf open 粉圓 2.0" w:eastAsia="jf open 粉圓 2.0" w:hAnsi="jf open 粉圓 2.0" w:hint="eastAsia"/>
            <w:lang w:eastAsia="zh-TW"/>
          </w:rPr>
          <w:t>tw</w:t>
        </w:r>
      </w:hyperlink>
      <w:r w:rsidR="00296A9D" w:rsidRPr="006F2FFE">
        <w:rPr>
          <w:rFonts w:ascii="jf open 粉圓 2.0" w:eastAsia="jf open 粉圓 2.0" w:hAnsi="jf open 粉圓 2.0" w:hint="eastAsia"/>
          <w:lang w:eastAsia="zh-TW"/>
        </w:rPr>
        <w:t xml:space="preserve"> </w:t>
      </w:r>
      <w:r w:rsidRPr="006F2FFE">
        <w:rPr>
          <w:rFonts w:ascii="jf open 粉圓 2.0" w:eastAsia="jf open 粉圓 2.0" w:hAnsi="jf open 粉圓 2.0" w:hint="eastAsia"/>
          <w:lang w:eastAsia="zh-TW"/>
        </w:rPr>
        <w:t xml:space="preserve"> - </w:t>
      </w:r>
      <w:hyperlink r:id="rId8" w:history="1">
        <w:r w:rsidRPr="006F2FFE">
          <w:rPr>
            <w:rStyle w:val="affa"/>
            <w:rFonts w:ascii="jf open 粉圓 2.0" w:eastAsia="jf open 粉圓 2.0" w:hAnsi="jf open 粉圓 2.0" w:hint="eastAsia"/>
            <w:lang w:eastAsia="zh-TW"/>
          </w:rPr>
          <w:t>fuhongc.edu@gmail.</w:t>
        </w:r>
      </w:hyperlink>
      <w:hyperlink r:id="rId9" w:history="1">
        <w:r w:rsidRPr="006F2FFE">
          <w:rPr>
            <w:rStyle w:val="affa"/>
            <w:rFonts w:ascii="jf open 粉圓 2.0" w:eastAsia="jf open 粉圓 2.0" w:hAnsi="jf open 粉圓 2.0" w:hint="eastAsia"/>
            <w:lang w:eastAsia="zh-TW"/>
          </w:rPr>
          <w:t>com</w:t>
        </w:r>
      </w:hyperlink>
      <w:r w:rsidRPr="006F2FFE">
        <w:rPr>
          <w:rFonts w:ascii="jf open 粉圓 2.0" w:eastAsia="jf open 粉圓 2.0" w:hAnsi="jf open 粉圓 2.0"/>
          <w:lang w:eastAsia="zh-TW"/>
        </w:rPr>
        <w:br w:type="page"/>
      </w:r>
    </w:p>
    <w:p w14:paraId="48BE57E5" w14:textId="70651A7D" w:rsidR="00D51834" w:rsidRPr="00B85BBB" w:rsidRDefault="006F2FFE">
      <w:pPr>
        <w:pStyle w:val="21"/>
        <w:rPr>
          <w:rFonts w:ascii="jf open 粉圓 2.0" w:eastAsia="jf open 粉圓 2.0" w:hAnsi="jf open 粉圓 2.0"/>
        </w:rPr>
      </w:pPr>
      <w:r>
        <w:rPr>
          <w:rFonts w:ascii="jf open 粉圓 2.0" w:eastAsia="jf open 粉圓 2.0" w:hAnsi="jf open 粉圓 2.0" w:hint="eastAsia"/>
          <w:lang w:eastAsia="zh-TW"/>
        </w:rPr>
        <w:lastRenderedPageBreak/>
        <w:t>二</w:t>
      </w:r>
      <w:r w:rsidRPr="00B85BBB">
        <w:rPr>
          <w:rFonts w:ascii="jf open 粉圓 2.0" w:eastAsia="jf open 粉圓 2.0" w:hAnsi="jf open 粉圓 2.0"/>
        </w:rPr>
        <w:t>、</w:t>
      </w:r>
      <w:proofErr w:type="spellStart"/>
      <w:r w:rsidRPr="00B85BBB">
        <w:rPr>
          <w:rFonts w:ascii="jf open 粉圓 2.0" w:eastAsia="jf open 粉圓 2.0" w:hAnsi="jf open 粉圓 2.0"/>
        </w:rPr>
        <w:t>繳交方式與時程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5620"/>
      </w:tblGrid>
      <w:tr w:rsidR="00D51834" w:rsidRPr="00B85BBB" w14:paraId="380E725B" w14:textId="77777777" w:rsidTr="00B85BBB">
        <w:trPr>
          <w:trHeight w:val="567"/>
          <w:jc w:val="center"/>
        </w:trPr>
        <w:tc>
          <w:tcPr>
            <w:tcW w:w="3020" w:type="dxa"/>
            <w:vAlign w:val="center"/>
          </w:tcPr>
          <w:p w14:paraId="493EBB9D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</w:rPr>
            </w:pPr>
            <w:proofErr w:type="spellStart"/>
            <w:r w:rsidRPr="00B85BBB">
              <w:rPr>
                <w:rFonts w:ascii="jf open 粉圓 2.0" w:eastAsia="jf open 粉圓 2.0" w:hAnsi="jf open 粉圓 2.0"/>
              </w:rPr>
              <w:t>項目</w:t>
            </w:r>
            <w:proofErr w:type="spellEnd"/>
          </w:p>
        </w:tc>
        <w:tc>
          <w:tcPr>
            <w:tcW w:w="5620" w:type="dxa"/>
            <w:vAlign w:val="center"/>
          </w:tcPr>
          <w:p w14:paraId="06B0648F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</w:rPr>
            </w:pPr>
            <w:proofErr w:type="spellStart"/>
            <w:r w:rsidRPr="00B85BBB">
              <w:rPr>
                <w:rFonts w:ascii="jf open 粉圓 2.0" w:eastAsia="jf open 粉圓 2.0" w:hAnsi="jf open 粉圓 2.0"/>
              </w:rPr>
              <w:t>說明</w:t>
            </w:r>
            <w:proofErr w:type="spellEnd"/>
          </w:p>
        </w:tc>
      </w:tr>
      <w:tr w:rsidR="00B85BBB" w:rsidRPr="00B85BBB" w14:paraId="17D0D66B" w14:textId="77777777" w:rsidTr="00B85BBB">
        <w:trPr>
          <w:trHeight w:val="1134"/>
          <w:jc w:val="center"/>
        </w:trPr>
        <w:tc>
          <w:tcPr>
            <w:tcW w:w="3020" w:type="dxa"/>
            <w:vAlign w:val="center"/>
          </w:tcPr>
          <w:p w14:paraId="1D45CD93" w14:textId="73587C5F" w:rsidR="00B85BBB" w:rsidRPr="006276AD" w:rsidRDefault="00B85BBB" w:rsidP="00B85BBB">
            <w:pPr>
              <w:jc w:val="center"/>
              <w:rPr>
                <w:rFonts w:ascii="jf open 粉圓 2.0" w:eastAsia="jf open 粉圓 2.0" w:hAnsi="jf open 粉圓 2.0"/>
                <w:b/>
                <w:bCs/>
                <w:sz w:val="28"/>
                <w:szCs w:val="24"/>
              </w:rPr>
            </w:pPr>
            <w:r w:rsidRPr="006276AD">
              <w:rPr>
                <w:rFonts w:ascii="Segoe UI Emoji" w:eastAsia="jf open 粉圓 2.0" w:hAnsi="Segoe UI Emoji" w:cs="Segoe UI Emoji"/>
                <w:b/>
                <w:bCs/>
                <w:sz w:val="28"/>
                <w:szCs w:val="24"/>
              </w:rPr>
              <w:t>🔗</w:t>
            </w:r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</w:rPr>
              <w:t>繳交方式</w:t>
            </w:r>
            <w:proofErr w:type="spellEnd"/>
          </w:p>
        </w:tc>
        <w:tc>
          <w:tcPr>
            <w:tcW w:w="5620" w:type="dxa"/>
            <w:vAlign w:val="center"/>
          </w:tcPr>
          <w:p w14:paraId="675C21D4" w14:textId="77777777" w:rsidR="00B85BBB" w:rsidRPr="00B85BBB" w:rsidRDefault="00B85BBB" w:rsidP="00B85BBB">
            <w:pPr>
              <w:pStyle w:val="Web"/>
              <w:spacing w:before="0" w:beforeAutospacing="0" w:after="0" w:afterAutospacing="0"/>
              <w:rPr>
                <w:rFonts w:ascii="jf open 粉圓 2.0" w:eastAsia="jf open 粉圓 2.0" w:hAnsi="jf open 粉圓 2.0" w:cstheme="minorBidi"/>
                <w:szCs w:val="22"/>
                <w:lang w:eastAsia="en-US"/>
              </w:rPr>
            </w:pPr>
            <w:r w:rsidRPr="00B85BBB">
              <w:rPr>
                <w:rFonts w:ascii="jf open 粉圓 2.0" w:eastAsia="jf open 粉圓 2.0" w:hAnsi="jf open 粉圓 2.0" w:cstheme="minorBidi" w:hint="eastAsia"/>
                <w:szCs w:val="22"/>
                <w:lang w:eastAsia="en-US"/>
              </w:rPr>
              <w:t xml:space="preserve">Google Drive </w:t>
            </w:r>
            <w:proofErr w:type="spellStart"/>
            <w:r w:rsidRPr="00B85BBB">
              <w:rPr>
                <w:rFonts w:ascii="jf open 粉圓 2.0" w:eastAsia="jf open 粉圓 2.0" w:hAnsi="jf open 粉圓 2.0" w:cstheme="minorBidi" w:hint="eastAsia"/>
                <w:szCs w:val="22"/>
                <w:lang w:eastAsia="en-US"/>
              </w:rPr>
              <w:t>文件共用給老師</w:t>
            </w:r>
            <w:proofErr w:type="spellEnd"/>
          </w:p>
          <w:p w14:paraId="19EC42F1" w14:textId="548AAFB6" w:rsidR="00B85BBB" w:rsidRPr="00B85BBB" w:rsidRDefault="00B85BBB" w:rsidP="00B85BBB">
            <w:pPr>
              <w:rPr>
                <w:rFonts w:ascii="jf open 粉圓 2.0" w:eastAsia="jf open 粉圓 2.0" w:hAnsi="jf open 粉圓 2.0"/>
                <w:lang w:eastAsia="zh-TW"/>
              </w:rPr>
            </w:pPr>
            <w:r w:rsidRPr="00B85BBB">
              <w:rPr>
                <w:rFonts w:ascii="jf open 粉圓 2.0" w:eastAsia="jf open 粉圓 2.0" w:hAnsi="jf open 粉圓 2.0" w:hint="eastAsia"/>
                <w:lang w:eastAsia="zh-TW"/>
              </w:rPr>
              <w:t>(</w:t>
            </w:r>
            <w:proofErr w:type="gramStart"/>
            <w:r w:rsidRPr="00B85BBB">
              <w:rPr>
                <w:rFonts w:ascii="jf open 粉圓 2.0" w:eastAsia="jf open 粉圓 2.0" w:hAnsi="jf open 粉圓 2.0" w:hint="eastAsia"/>
                <w:lang w:eastAsia="zh-TW"/>
              </w:rPr>
              <w:t>學期末前都</w:t>
            </w:r>
            <w:proofErr w:type="gramEnd"/>
            <w:r w:rsidRPr="00B85BBB">
              <w:rPr>
                <w:rFonts w:ascii="jf open 粉圓 2.0" w:eastAsia="jf open 粉圓 2.0" w:hAnsi="jf open 粉圓 2.0" w:hint="eastAsia"/>
                <w:lang w:eastAsia="zh-TW"/>
              </w:rPr>
              <w:t>有讓大家建立文件了)</w:t>
            </w:r>
          </w:p>
        </w:tc>
      </w:tr>
      <w:tr w:rsidR="00B85BBB" w:rsidRPr="00B85BBB" w14:paraId="0BF34990" w14:textId="77777777" w:rsidTr="00B85BBB">
        <w:trPr>
          <w:trHeight w:val="1134"/>
          <w:jc w:val="center"/>
        </w:trPr>
        <w:tc>
          <w:tcPr>
            <w:tcW w:w="3020" w:type="dxa"/>
            <w:vAlign w:val="center"/>
          </w:tcPr>
          <w:p w14:paraId="39FBF809" w14:textId="77777777" w:rsidR="00B85BBB" w:rsidRPr="006276AD" w:rsidRDefault="00B85BBB" w:rsidP="00B85BBB">
            <w:pPr>
              <w:jc w:val="center"/>
              <w:rPr>
                <w:rFonts w:ascii="jf open 粉圓 2.0" w:eastAsia="jf open 粉圓 2.0" w:hAnsi="jf open 粉圓 2.0"/>
                <w:b/>
                <w:bCs/>
                <w:sz w:val="28"/>
                <w:szCs w:val="24"/>
                <w:lang w:eastAsia="zh-TW"/>
              </w:rPr>
            </w:pPr>
            <w:r w:rsidRPr="006276AD">
              <w:rPr>
                <w:rFonts w:ascii="Segoe UI Emoji" w:eastAsia="jf open 粉圓 2.0" w:hAnsi="Segoe UI Emoji" w:cs="Segoe UI Emoji"/>
                <w:b/>
                <w:bCs/>
                <w:sz w:val="28"/>
                <w:szCs w:val="24"/>
                <w:lang w:eastAsia="zh-TW"/>
              </w:rPr>
              <w:t>📤</w:t>
            </w:r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  <w:lang w:eastAsia="zh-TW"/>
              </w:rPr>
              <w:t xml:space="preserve"> 共用帳號</w:t>
            </w:r>
          </w:p>
          <w:p w14:paraId="41BE898F" w14:textId="0BDDF0BB" w:rsidR="00B85BBB" w:rsidRPr="006276AD" w:rsidRDefault="00B85BBB" w:rsidP="00B85BBB">
            <w:pPr>
              <w:jc w:val="center"/>
              <w:rPr>
                <w:rFonts w:ascii="jf open 粉圓 2.0" w:eastAsia="jf open 粉圓 2.0" w:hAnsi="jf open 粉圓 2.0"/>
                <w:b/>
                <w:bCs/>
                <w:sz w:val="28"/>
                <w:szCs w:val="24"/>
                <w:lang w:eastAsia="zh-TW"/>
              </w:rPr>
            </w:pPr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  <w:lang w:eastAsia="zh-TW"/>
              </w:rPr>
              <w:t>(</w:t>
            </w:r>
            <w:proofErr w:type="gramStart"/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  <w:lang w:eastAsia="zh-TW"/>
              </w:rPr>
              <w:t>＊</w:t>
            </w:r>
            <w:proofErr w:type="gramEnd"/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  <w:lang w:eastAsia="zh-TW"/>
              </w:rPr>
              <w:t>兩個都要共用)</w:t>
            </w:r>
          </w:p>
        </w:tc>
        <w:tc>
          <w:tcPr>
            <w:tcW w:w="5620" w:type="dxa"/>
            <w:vAlign w:val="center"/>
          </w:tcPr>
          <w:p w14:paraId="6A885AE7" w14:textId="0AEBC89C" w:rsidR="00B85BBB" w:rsidRPr="00B85BBB" w:rsidRDefault="00B85BBB" w:rsidP="00B85BBB">
            <w:pPr>
              <w:rPr>
                <w:rFonts w:ascii="jf open 粉圓 2.0" w:eastAsia="jf open 粉圓 2.0" w:hAnsi="jf open 粉圓 2.0"/>
                <w:lang w:eastAsia="zh-TW"/>
              </w:rPr>
            </w:pPr>
            <w:hyperlink r:id="rId10" w:history="1">
              <w:r w:rsidRPr="00B85BBB">
                <w:rPr>
                  <w:rStyle w:val="affa"/>
                  <w:rFonts w:ascii="jf open 粉圓 2.0" w:eastAsia="jf open 粉圓 2.0" w:hAnsi="jf open 粉圓 2.0"/>
                  <w:lang w:eastAsia="zh-TW"/>
                </w:rPr>
                <w:t>fuhongc15@tmail.ilc.edu.tw</w:t>
              </w:r>
            </w:hyperlink>
          </w:p>
          <w:p w14:paraId="45AFFFC0" w14:textId="5C68F792" w:rsidR="00B85BBB" w:rsidRPr="00B85BBB" w:rsidRDefault="00B85BBB" w:rsidP="00B85BBB">
            <w:pPr>
              <w:rPr>
                <w:rFonts w:ascii="jf open 粉圓 2.0" w:eastAsia="jf open 粉圓 2.0" w:hAnsi="jf open 粉圓 2.0"/>
                <w:lang w:eastAsia="zh-TW"/>
              </w:rPr>
            </w:pPr>
            <w:hyperlink r:id="rId11" w:history="1">
              <w:r w:rsidRPr="00B85BBB">
                <w:rPr>
                  <w:rStyle w:val="affa"/>
                  <w:rFonts w:ascii="jf open 粉圓 2.0" w:eastAsia="jf open 粉圓 2.0" w:hAnsi="jf open 粉圓 2.0"/>
                  <w:lang w:eastAsia="zh-TW"/>
                </w:rPr>
                <w:t>fuhongc.edu@gmail.com</w:t>
              </w:r>
            </w:hyperlink>
          </w:p>
        </w:tc>
      </w:tr>
      <w:tr w:rsidR="00B85BBB" w:rsidRPr="00B85BBB" w14:paraId="4721A368" w14:textId="77777777" w:rsidTr="00B85BBB">
        <w:trPr>
          <w:trHeight w:val="1134"/>
          <w:jc w:val="center"/>
        </w:trPr>
        <w:tc>
          <w:tcPr>
            <w:tcW w:w="3020" w:type="dxa"/>
            <w:vAlign w:val="center"/>
          </w:tcPr>
          <w:p w14:paraId="0F59C081" w14:textId="790471A7" w:rsidR="00B85BBB" w:rsidRPr="006276AD" w:rsidRDefault="00B85BBB" w:rsidP="00B85BBB">
            <w:pPr>
              <w:jc w:val="center"/>
              <w:rPr>
                <w:rFonts w:ascii="jf open 粉圓 2.0" w:eastAsia="jf open 粉圓 2.0" w:hAnsi="jf open 粉圓 2.0"/>
                <w:b/>
                <w:bCs/>
                <w:sz w:val="28"/>
                <w:szCs w:val="24"/>
              </w:rPr>
            </w:pPr>
            <w:r w:rsidRPr="006276AD">
              <w:rPr>
                <w:rFonts w:ascii="Segoe UI Emoji" w:eastAsia="jf open 粉圓 2.0" w:hAnsi="Segoe UI Emoji" w:cs="Segoe UI Emoji"/>
                <w:b/>
                <w:bCs/>
                <w:sz w:val="28"/>
                <w:szCs w:val="24"/>
              </w:rPr>
              <w:t>⏰</w:t>
            </w:r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</w:rPr>
              <w:t>截止時間</w:t>
            </w:r>
            <w:proofErr w:type="spellEnd"/>
          </w:p>
        </w:tc>
        <w:tc>
          <w:tcPr>
            <w:tcW w:w="5620" w:type="dxa"/>
            <w:vAlign w:val="center"/>
          </w:tcPr>
          <w:p w14:paraId="013AC845" w14:textId="34E3A52E" w:rsidR="00B85BBB" w:rsidRPr="00B85BBB" w:rsidRDefault="00B85BBB" w:rsidP="00B85BBB">
            <w:pPr>
              <w:rPr>
                <w:rFonts w:ascii="jf open 粉圓 2.0" w:eastAsia="jf open 粉圓 2.0" w:hAnsi="jf open 粉圓 2.0"/>
              </w:rPr>
            </w:pPr>
            <w:r w:rsidRPr="00B85BBB">
              <w:rPr>
                <w:rFonts w:ascii="jf open 粉圓 2.0" w:eastAsia="jf open 粉圓 2.0" w:hAnsi="jf open 粉圓 2.0" w:hint="eastAsia"/>
              </w:rPr>
              <w:t>2025／8／31（星期日）16:00 前</w:t>
            </w:r>
          </w:p>
        </w:tc>
      </w:tr>
      <w:tr w:rsidR="00B85BBB" w:rsidRPr="00B85BBB" w14:paraId="2163D392" w14:textId="77777777" w:rsidTr="00B85BBB">
        <w:trPr>
          <w:trHeight w:val="1134"/>
          <w:jc w:val="center"/>
        </w:trPr>
        <w:tc>
          <w:tcPr>
            <w:tcW w:w="3020" w:type="dxa"/>
            <w:vAlign w:val="center"/>
          </w:tcPr>
          <w:p w14:paraId="7086AA4A" w14:textId="10F8B271" w:rsidR="00B85BBB" w:rsidRPr="006276AD" w:rsidRDefault="00B85BBB" w:rsidP="00B85BBB">
            <w:pPr>
              <w:jc w:val="center"/>
              <w:rPr>
                <w:rFonts w:ascii="jf open 粉圓 2.0" w:eastAsia="jf open 粉圓 2.0" w:hAnsi="jf open 粉圓 2.0"/>
                <w:b/>
                <w:bCs/>
                <w:sz w:val="28"/>
                <w:szCs w:val="24"/>
              </w:rPr>
            </w:pPr>
            <w:r w:rsidRPr="006276AD">
              <w:rPr>
                <w:rFonts w:ascii="Segoe UI Emoji" w:eastAsia="jf open 粉圓 2.0" w:hAnsi="Segoe UI Emoji" w:cs="Segoe UI Emoji"/>
                <w:b/>
                <w:bCs/>
                <w:sz w:val="28"/>
                <w:szCs w:val="24"/>
              </w:rPr>
              <w:t>📣</w:t>
            </w:r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</w:rPr>
              <w:t>繳交提醒</w:t>
            </w:r>
            <w:proofErr w:type="spellEnd"/>
          </w:p>
        </w:tc>
        <w:tc>
          <w:tcPr>
            <w:tcW w:w="5620" w:type="dxa"/>
            <w:vAlign w:val="center"/>
          </w:tcPr>
          <w:p w14:paraId="2CE91F50" w14:textId="3A2B9037" w:rsidR="00B85BBB" w:rsidRPr="00B85BBB" w:rsidRDefault="00B85BBB" w:rsidP="00B85BBB">
            <w:pPr>
              <w:rPr>
                <w:rFonts w:ascii="jf open 粉圓 2.0" w:eastAsia="jf open 粉圓 2.0" w:hAnsi="jf open 粉圓 2.0"/>
                <w:lang w:eastAsia="zh-TW"/>
              </w:rPr>
            </w:pPr>
            <w:r w:rsidRPr="00B85BBB">
              <w:rPr>
                <w:rFonts w:ascii="jf open 粉圓 2.0" w:eastAsia="jf open 粉圓 2.0" w:hAnsi="jf open 粉圓 2.0" w:hint="eastAsia"/>
                <w:lang w:eastAsia="zh-TW"/>
              </w:rPr>
              <w:t>避免遺漏，8/27 會請各班小老師公告已繳交名單</w:t>
            </w:r>
          </w:p>
          <w:p w14:paraId="793FD88F" w14:textId="41AAC9EA" w:rsidR="00B85BBB" w:rsidRPr="00B85BBB" w:rsidRDefault="00B85BBB" w:rsidP="00B85BBB">
            <w:pPr>
              <w:rPr>
                <w:rFonts w:ascii="jf open 粉圓 2.0" w:eastAsia="jf open 粉圓 2.0" w:hAnsi="jf open 粉圓 2.0"/>
                <w:lang w:eastAsia="zh-TW"/>
              </w:rPr>
            </w:pPr>
            <w:r w:rsidRPr="00B85BBB">
              <w:rPr>
                <w:rFonts w:ascii="jf open 粉圓 2.0" w:eastAsia="jf open 粉圓 2.0" w:hAnsi="jf open 粉圓 2.0" w:hint="eastAsia"/>
                <w:lang w:eastAsia="zh-TW"/>
              </w:rPr>
              <w:t>已完成並繳交，但不在名單上，可以趁最後幾天繳交。</w:t>
            </w:r>
          </w:p>
        </w:tc>
      </w:tr>
      <w:tr w:rsidR="00B85BBB" w:rsidRPr="00B85BBB" w14:paraId="4B6CE9F7" w14:textId="77777777" w:rsidTr="00B85BBB">
        <w:trPr>
          <w:trHeight w:val="1134"/>
          <w:jc w:val="center"/>
        </w:trPr>
        <w:tc>
          <w:tcPr>
            <w:tcW w:w="3020" w:type="dxa"/>
            <w:vAlign w:val="center"/>
          </w:tcPr>
          <w:p w14:paraId="0DB857FE" w14:textId="4F84EB95" w:rsidR="00B85BBB" w:rsidRPr="006276AD" w:rsidRDefault="00B85BBB" w:rsidP="00B85BBB">
            <w:pPr>
              <w:jc w:val="center"/>
              <w:rPr>
                <w:rFonts w:ascii="jf open 粉圓 2.0" w:eastAsia="jf open 粉圓 2.0" w:hAnsi="jf open 粉圓 2.0"/>
                <w:b/>
                <w:bCs/>
                <w:sz w:val="28"/>
                <w:szCs w:val="24"/>
                <w:lang w:eastAsia="zh-TW"/>
              </w:rPr>
            </w:pPr>
            <w:r w:rsidRPr="006276AD">
              <w:rPr>
                <w:rFonts w:ascii="Segoe UI Emoji" w:eastAsia="jf open 粉圓 2.0" w:hAnsi="Segoe UI Emoji" w:cs="Segoe UI Emoji"/>
                <w:b/>
                <w:bCs/>
                <w:sz w:val="28"/>
                <w:szCs w:val="24"/>
              </w:rPr>
              <w:t>🎁</w:t>
            </w:r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</w:rPr>
              <w:t xml:space="preserve"> </w:t>
            </w:r>
            <w:r w:rsidRPr="006276AD">
              <w:rPr>
                <w:rFonts w:ascii="jf open 粉圓 2.0" w:eastAsia="jf open 粉圓 2.0" w:hAnsi="jf open 粉圓 2.0" w:hint="eastAsia"/>
                <w:b/>
                <w:bCs/>
                <w:sz w:val="28"/>
                <w:szCs w:val="24"/>
                <w:lang w:eastAsia="zh-TW"/>
              </w:rPr>
              <w:t>完成鼓勵</w:t>
            </w:r>
          </w:p>
        </w:tc>
        <w:tc>
          <w:tcPr>
            <w:tcW w:w="5620" w:type="dxa"/>
            <w:vAlign w:val="center"/>
          </w:tcPr>
          <w:p w14:paraId="7414577A" w14:textId="484E916E" w:rsidR="00B85BBB" w:rsidRPr="00B85BBB" w:rsidRDefault="00B85BBB" w:rsidP="00B85BBB">
            <w:pPr>
              <w:rPr>
                <w:rFonts w:ascii="jf open 粉圓 2.0" w:eastAsia="jf open 粉圓 2.0" w:hAnsi="jf open 粉圓 2.0"/>
                <w:lang w:eastAsia="zh-TW"/>
              </w:rPr>
            </w:pPr>
            <w:r w:rsidRPr="00B85BBB">
              <w:rPr>
                <w:rFonts w:ascii="jf open 粉圓 2.0" w:eastAsia="jf open 粉圓 2.0" w:hAnsi="jf open 粉圓 2.0" w:hint="eastAsia"/>
                <w:lang w:eastAsia="zh-TW"/>
              </w:rPr>
              <w:t>繳交並認真完成者，9月底前寄發小禮物，會請導師協助轉發</w:t>
            </w:r>
          </w:p>
        </w:tc>
      </w:tr>
    </w:tbl>
    <w:p w14:paraId="2C58924E" w14:textId="40CF048D" w:rsidR="00D51834" w:rsidRPr="00B85BBB" w:rsidRDefault="006F2FFE">
      <w:pPr>
        <w:pStyle w:val="21"/>
        <w:rPr>
          <w:rFonts w:ascii="jf open 粉圓 2.0" w:eastAsia="jf open 粉圓 2.0" w:hAnsi="jf open 粉圓 2.0"/>
        </w:rPr>
      </w:pPr>
      <w:r>
        <w:rPr>
          <w:rFonts w:ascii="jf open 粉圓 2.0" w:eastAsia="jf open 粉圓 2.0" w:hAnsi="jf open 粉圓 2.0" w:hint="eastAsia"/>
          <w:lang w:eastAsia="zh-TW"/>
        </w:rPr>
        <w:t>三</w:t>
      </w:r>
      <w:r w:rsidRPr="00B85BBB">
        <w:rPr>
          <w:rFonts w:ascii="jf open 粉圓 2.0" w:eastAsia="jf open 粉圓 2.0" w:hAnsi="jf open 粉圓 2.0"/>
        </w:rPr>
        <w:t>、</w:t>
      </w:r>
      <w:proofErr w:type="spellStart"/>
      <w:r w:rsidRPr="00B85BBB">
        <w:rPr>
          <w:rFonts w:ascii="jf open 粉圓 2.0" w:eastAsia="jf open 粉圓 2.0" w:hAnsi="jf open 粉圓 2.0"/>
        </w:rPr>
        <w:t>評分重點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4773"/>
      </w:tblGrid>
      <w:tr w:rsidR="00D51834" w:rsidRPr="00B85BBB" w14:paraId="2C505162" w14:textId="77777777" w:rsidTr="006276AD">
        <w:trPr>
          <w:trHeight w:val="567"/>
          <w:jc w:val="center"/>
        </w:trPr>
        <w:tc>
          <w:tcPr>
            <w:tcW w:w="2880" w:type="dxa"/>
            <w:vAlign w:val="center"/>
          </w:tcPr>
          <w:p w14:paraId="5CF1918D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</w:rPr>
            </w:pPr>
            <w:proofErr w:type="spellStart"/>
            <w:r w:rsidRPr="00B85BBB">
              <w:rPr>
                <w:rFonts w:ascii="jf open 粉圓 2.0" w:eastAsia="jf open 粉圓 2.0" w:hAnsi="jf open 粉圓 2.0"/>
              </w:rPr>
              <w:t>評量項目</w:t>
            </w:r>
            <w:proofErr w:type="spellEnd"/>
          </w:p>
        </w:tc>
        <w:tc>
          <w:tcPr>
            <w:tcW w:w="2880" w:type="dxa"/>
            <w:vAlign w:val="center"/>
          </w:tcPr>
          <w:p w14:paraId="3A69B88C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</w:rPr>
            </w:pPr>
            <w:proofErr w:type="spellStart"/>
            <w:r w:rsidRPr="00B85BBB">
              <w:rPr>
                <w:rFonts w:ascii="jf open 粉圓 2.0" w:eastAsia="jf open 粉圓 2.0" w:hAnsi="jf open 粉圓 2.0"/>
              </w:rPr>
              <w:t>比例</w:t>
            </w:r>
            <w:proofErr w:type="spellEnd"/>
          </w:p>
        </w:tc>
        <w:tc>
          <w:tcPr>
            <w:tcW w:w="4773" w:type="dxa"/>
            <w:vAlign w:val="center"/>
          </w:tcPr>
          <w:p w14:paraId="04D9A309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</w:rPr>
            </w:pPr>
            <w:proofErr w:type="spellStart"/>
            <w:r w:rsidRPr="00B85BBB">
              <w:rPr>
                <w:rFonts w:ascii="jf open 粉圓 2.0" w:eastAsia="jf open 粉圓 2.0" w:hAnsi="jf open 粉圓 2.0"/>
              </w:rPr>
              <w:t>說明</w:t>
            </w:r>
            <w:proofErr w:type="spellEnd"/>
          </w:p>
        </w:tc>
      </w:tr>
      <w:tr w:rsidR="00D51834" w:rsidRPr="00B85BBB" w14:paraId="0ED693CB" w14:textId="77777777" w:rsidTr="006276AD">
        <w:trPr>
          <w:trHeight w:val="680"/>
          <w:jc w:val="center"/>
        </w:trPr>
        <w:tc>
          <w:tcPr>
            <w:tcW w:w="2880" w:type="dxa"/>
            <w:vAlign w:val="center"/>
          </w:tcPr>
          <w:p w14:paraId="204EF086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  <w:b/>
                <w:bCs/>
                <w:sz w:val="28"/>
                <w:szCs w:val="24"/>
                <w:u w:val="single"/>
              </w:rPr>
            </w:pPr>
            <w:proofErr w:type="spellStart"/>
            <w:r w:rsidRPr="00B85BBB">
              <w:rPr>
                <w:rFonts w:ascii="jf open 粉圓 2.0" w:eastAsia="jf open 粉圓 2.0" w:hAnsi="jf open 粉圓 2.0"/>
                <w:b/>
                <w:bCs/>
                <w:sz w:val="28"/>
                <w:szCs w:val="24"/>
                <w:u w:val="single"/>
              </w:rPr>
              <w:t>計畫執行度</w:t>
            </w:r>
            <w:proofErr w:type="spellEnd"/>
          </w:p>
        </w:tc>
        <w:tc>
          <w:tcPr>
            <w:tcW w:w="2880" w:type="dxa"/>
            <w:vAlign w:val="center"/>
          </w:tcPr>
          <w:p w14:paraId="0F6E08F1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</w:rPr>
            </w:pPr>
            <w:r w:rsidRPr="00B85BBB">
              <w:rPr>
                <w:rFonts w:ascii="jf open 粉圓 2.0" w:eastAsia="jf open 粉圓 2.0" w:hAnsi="jf open 粉圓 2.0"/>
              </w:rPr>
              <w:t>30%</w:t>
            </w:r>
          </w:p>
        </w:tc>
        <w:tc>
          <w:tcPr>
            <w:tcW w:w="4773" w:type="dxa"/>
            <w:vAlign w:val="center"/>
          </w:tcPr>
          <w:p w14:paraId="0B59CB3D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  <w:lang w:eastAsia="zh-TW"/>
              </w:rPr>
            </w:pPr>
            <w:r w:rsidRPr="00B85BBB">
              <w:rPr>
                <w:rFonts w:ascii="jf open 粉圓 2.0" w:eastAsia="jf open 粉圓 2.0" w:hAnsi="jf open 粉圓 2.0"/>
                <w:lang w:eastAsia="zh-TW"/>
              </w:rPr>
              <w:t>是否有依原定目標規劃執行</w:t>
            </w:r>
          </w:p>
        </w:tc>
      </w:tr>
      <w:tr w:rsidR="00D51834" w:rsidRPr="00B85BBB" w14:paraId="0620E6C1" w14:textId="77777777" w:rsidTr="006276AD">
        <w:trPr>
          <w:trHeight w:val="680"/>
          <w:jc w:val="center"/>
        </w:trPr>
        <w:tc>
          <w:tcPr>
            <w:tcW w:w="2880" w:type="dxa"/>
            <w:vAlign w:val="center"/>
          </w:tcPr>
          <w:p w14:paraId="58F081CD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  <w:b/>
                <w:bCs/>
                <w:sz w:val="28"/>
                <w:szCs w:val="24"/>
                <w:u w:val="single"/>
              </w:rPr>
            </w:pPr>
            <w:proofErr w:type="spellStart"/>
            <w:r w:rsidRPr="00B85BBB">
              <w:rPr>
                <w:rFonts w:ascii="jf open 粉圓 2.0" w:eastAsia="jf open 粉圓 2.0" w:hAnsi="jf open 粉圓 2.0"/>
                <w:b/>
                <w:bCs/>
                <w:sz w:val="28"/>
                <w:szCs w:val="24"/>
                <w:u w:val="single"/>
              </w:rPr>
              <w:t>每週紀錄完整</w:t>
            </w:r>
            <w:proofErr w:type="spellEnd"/>
          </w:p>
        </w:tc>
        <w:tc>
          <w:tcPr>
            <w:tcW w:w="2880" w:type="dxa"/>
            <w:vAlign w:val="center"/>
          </w:tcPr>
          <w:p w14:paraId="1DB07203" w14:textId="7A74A0B9" w:rsidR="00D51834" w:rsidRPr="00B85BBB" w:rsidRDefault="00D34EC7" w:rsidP="00B85BBB">
            <w:pPr>
              <w:jc w:val="center"/>
              <w:rPr>
                <w:rFonts w:ascii="jf open 粉圓 2.0" w:eastAsia="jf open 粉圓 2.0" w:hAnsi="jf open 粉圓 2.0"/>
              </w:rPr>
            </w:pPr>
            <w:r>
              <w:rPr>
                <w:rFonts w:ascii="jf open 粉圓 2.0" w:eastAsia="jf open 粉圓 2.0" w:hAnsi="jf open 粉圓 2.0" w:hint="eastAsia"/>
                <w:lang w:eastAsia="zh-TW"/>
              </w:rPr>
              <w:t>4</w:t>
            </w:r>
            <w:r w:rsidR="006F2FFE" w:rsidRPr="00B85BBB">
              <w:rPr>
                <w:rFonts w:ascii="jf open 粉圓 2.0" w:eastAsia="jf open 粉圓 2.0" w:hAnsi="jf open 粉圓 2.0"/>
              </w:rPr>
              <w:t>0%</w:t>
            </w:r>
          </w:p>
        </w:tc>
        <w:tc>
          <w:tcPr>
            <w:tcW w:w="4773" w:type="dxa"/>
            <w:vAlign w:val="center"/>
          </w:tcPr>
          <w:p w14:paraId="15129D15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  <w:lang w:eastAsia="zh-TW"/>
              </w:rPr>
            </w:pPr>
            <w:r w:rsidRPr="00B85BBB">
              <w:rPr>
                <w:rFonts w:ascii="jf open 粉圓 2.0" w:eastAsia="jf open 粉圓 2.0" w:hAnsi="jf open 粉圓 2.0"/>
                <w:lang w:eastAsia="zh-TW"/>
              </w:rPr>
              <w:t>每週成果表紀錄具體，有圖文或心得</w:t>
            </w:r>
          </w:p>
        </w:tc>
      </w:tr>
      <w:tr w:rsidR="00D51834" w:rsidRPr="00B85BBB" w14:paraId="4FF9EC9E" w14:textId="77777777" w:rsidTr="006276AD">
        <w:trPr>
          <w:trHeight w:val="680"/>
          <w:jc w:val="center"/>
        </w:trPr>
        <w:tc>
          <w:tcPr>
            <w:tcW w:w="2880" w:type="dxa"/>
            <w:vAlign w:val="center"/>
          </w:tcPr>
          <w:p w14:paraId="37412F77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  <w:b/>
                <w:bCs/>
                <w:sz w:val="28"/>
                <w:szCs w:val="24"/>
                <w:u w:val="single"/>
              </w:rPr>
            </w:pPr>
            <w:proofErr w:type="spellStart"/>
            <w:r w:rsidRPr="00B85BBB">
              <w:rPr>
                <w:rFonts w:ascii="jf open 粉圓 2.0" w:eastAsia="jf open 粉圓 2.0" w:hAnsi="jf open 粉圓 2.0"/>
                <w:b/>
                <w:bCs/>
                <w:sz w:val="28"/>
                <w:szCs w:val="24"/>
                <w:u w:val="single"/>
              </w:rPr>
              <w:t>數位成果呈現</w:t>
            </w:r>
            <w:proofErr w:type="spellEnd"/>
          </w:p>
        </w:tc>
        <w:tc>
          <w:tcPr>
            <w:tcW w:w="2880" w:type="dxa"/>
            <w:vAlign w:val="center"/>
          </w:tcPr>
          <w:p w14:paraId="5AC6A84B" w14:textId="252EE180" w:rsidR="00D51834" w:rsidRPr="00B85BBB" w:rsidRDefault="00D34EC7" w:rsidP="00B85BBB">
            <w:pPr>
              <w:jc w:val="center"/>
              <w:rPr>
                <w:rFonts w:ascii="jf open 粉圓 2.0" w:eastAsia="jf open 粉圓 2.0" w:hAnsi="jf open 粉圓 2.0"/>
              </w:rPr>
            </w:pPr>
            <w:r>
              <w:rPr>
                <w:rFonts w:ascii="jf open 粉圓 2.0" w:eastAsia="jf open 粉圓 2.0" w:hAnsi="jf open 粉圓 2.0" w:hint="eastAsia"/>
                <w:lang w:eastAsia="zh-TW"/>
              </w:rPr>
              <w:t>2</w:t>
            </w:r>
            <w:r w:rsidR="006F2FFE" w:rsidRPr="00B85BBB">
              <w:rPr>
                <w:rFonts w:ascii="jf open 粉圓 2.0" w:eastAsia="jf open 粉圓 2.0" w:hAnsi="jf open 粉圓 2.0"/>
              </w:rPr>
              <w:t>0%</w:t>
            </w:r>
          </w:p>
        </w:tc>
        <w:tc>
          <w:tcPr>
            <w:tcW w:w="4773" w:type="dxa"/>
            <w:vAlign w:val="center"/>
          </w:tcPr>
          <w:p w14:paraId="12332AB4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  <w:lang w:eastAsia="zh-TW"/>
              </w:rPr>
            </w:pPr>
            <w:r w:rsidRPr="00B85BBB">
              <w:rPr>
                <w:rFonts w:ascii="jf open 粉圓 2.0" w:eastAsia="jf open 粉圓 2.0" w:hAnsi="jf open 粉圓 2.0"/>
                <w:lang w:eastAsia="zh-TW"/>
              </w:rPr>
              <w:t>呈現方式創意、用心、清楚展示內容</w:t>
            </w:r>
          </w:p>
        </w:tc>
      </w:tr>
      <w:tr w:rsidR="00D51834" w:rsidRPr="00B85BBB" w14:paraId="4E6266DF" w14:textId="77777777" w:rsidTr="006276AD">
        <w:trPr>
          <w:trHeight w:val="680"/>
          <w:jc w:val="center"/>
        </w:trPr>
        <w:tc>
          <w:tcPr>
            <w:tcW w:w="2880" w:type="dxa"/>
            <w:vAlign w:val="center"/>
          </w:tcPr>
          <w:p w14:paraId="41F75033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  <w:b/>
                <w:bCs/>
                <w:sz w:val="28"/>
                <w:szCs w:val="24"/>
                <w:u w:val="single"/>
              </w:rPr>
            </w:pPr>
            <w:proofErr w:type="spellStart"/>
            <w:r w:rsidRPr="00B85BBB">
              <w:rPr>
                <w:rFonts w:ascii="jf open 粉圓 2.0" w:eastAsia="jf open 粉圓 2.0" w:hAnsi="jf open 粉圓 2.0"/>
                <w:b/>
                <w:bCs/>
                <w:sz w:val="28"/>
                <w:szCs w:val="24"/>
                <w:u w:val="single"/>
              </w:rPr>
              <w:t>美化與整理</w:t>
            </w:r>
            <w:proofErr w:type="spellEnd"/>
          </w:p>
        </w:tc>
        <w:tc>
          <w:tcPr>
            <w:tcW w:w="2880" w:type="dxa"/>
            <w:vAlign w:val="center"/>
          </w:tcPr>
          <w:p w14:paraId="47CC9675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</w:rPr>
            </w:pPr>
            <w:r w:rsidRPr="00B85BBB">
              <w:rPr>
                <w:rFonts w:ascii="jf open 粉圓 2.0" w:eastAsia="jf open 粉圓 2.0" w:hAnsi="jf open 粉圓 2.0"/>
              </w:rPr>
              <w:t>10%</w:t>
            </w:r>
          </w:p>
        </w:tc>
        <w:tc>
          <w:tcPr>
            <w:tcW w:w="4773" w:type="dxa"/>
            <w:vAlign w:val="center"/>
          </w:tcPr>
          <w:p w14:paraId="0EB4EFDB" w14:textId="77777777" w:rsidR="00D51834" w:rsidRPr="00B85BBB" w:rsidRDefault="006F2FFE" w:rsidP="00B85BBB">
            <w:pPr>
              <w:jc w:val="center"/>
              <w:rPr>
                <w:rFonts w:ascii="jf open 粉圓 2.0" w:eastAsia="jf open 粉圓 2.0" w:hAnsi="jf open 粉圓 2.0"/>
                <w:lang w:eastAsia="zh-TW"/>
              </w:rPr>
            </w:pPr>
            <w:r w:rsidRPr="00B85BBB">
              <w:rPr>
                <w:rFonts w:ascii="jf open 粉圓 2.0" w:eastAsia="jf open 粉圓 2.0" w:hAnsi="jf open 粉圓 2.0"/>
                <w:lang w:eastAsia="zh-TW"/>
              </w:rPr>
              <w:t>內容排版、美感、整體完成度</w:t>
            </w:r>
          </w:p>
        </w:tc>
      </w:tr>
    </w:tbl>
    <w:p w14:paraId="30114956" w14:textId="4014668E" w:rsidR="00D51834" w:rsidRPr="00B85BBB" w:rsidRDefault="006F2FFE">
      <w:pPr>
        <w:pStyle w:val="21"/>
        <w:rPr>
          <w:rFonts w:ascii="jf open 粉圓 2.0" w:eastAsia="jf open 粉圓 2.0" w:hAnsi="jf open 粉圓 2.0"/>
          <w:lang w:eastAsia="zh-TW"/>
        </w:rPr>
      </w:pPr>
      <w:r>
        <w:rPr>
          <w:rFonts w:ascii="jf open 粉圓 2.0" w:eastAsia="jf open 粉圓 2.0" w:hAnsi="jf open 粉圓 2.0" w:hint="eastAsia"/>
          <w:lang w:eastAsia="zh-TW"/>
        </w:rPr>
        <w:t>四</w:t>
      </w:r>
      <w:r w:rsidRPr="00B85BBB">
        <w:rPr>
          <w:rFonts w:ascii="jf open 粉圓 2.0" w:eastAsia="jf open 粉圓 2.0" w:hAnsi="jf open 粉圓 2.0"/>
          <w:lang w:eastAsia="zh-TW"/>
        </w:rPr>
        <w:t>、注意事項</w:t>
      </w:r>
    </w:p>
    <w:p w14:paraId="7CDA0923" w14:textId="77777777" w:rsidR="006276AD" w:rsidRPr="006F2FFE" w:rsidRDefault="006276AD" w:rsidP="006276AD">
      <w:pPr>
        <w:pStyle w:val="a0"/>
        <w:numPr>
          <w:ilvl w:val="0"/>
          <w:numId w:val="0"/>
        </w:numPr>
        <w:ind w:left="360" w:hanging="360"/>
        <w:rPr>
          <w:rFonts w:ascii="Segoe UI Emoji" w:eastAsia="jf open 粉圓 2.0" w:hAnsi="Segoe UI Emoji" w:cs="Segoe UI Emoji"/>
          <w:szCs w:val="24"/>
          <w:lang w:eastAsia="zh-TW"/>
        </w:rPr>
      </w:pPr>
      <w:r w:rsidRPr="006F2FFE">
        <w:rPr>
          <w:rFonts w:ascii="Segoe UI Emoji" w:eastAsia="jf open 粉圓 2.0" w:hAnsi="Segoe UI Emoji" w:cs="Segoe UI Emoji"/>
          <w:szCs w:val="24"/>
          <w:lang w:eastAsia="zh-TW"/>
        </w:rPr>
        <w:t xml:space="preserve">✅ </w:t>
      </w:r>
      <w:r w:rsidRPr="006F2FFE">
        <w:rPr>
          <w:rFonts w:ascii="Segoe UI Emoji" w:eastAsia="jf open 粉圓 2.0" w:hAnsi="Segoe UI Emoji" w:cs="Segoe UI Emoji"/>
          <w:szCs w:val="24"/>
          <w:lang w:eastAsia="zh-TW"/>
        </w:rPr>
        <w:t>每週紀錄請定期完成，勿集中補寫</w:t>
      </w:r>
    </w:p>
    <w:p w14:paraId="539D8364" w14:textId="77777777" w:rsidR="006276AD" w:rsidRPr="006F2FFE" w:rsidRDefault="006276AD" w:rsidP="006276AD">
      <w:pPr>
        <w:pStyle w:val="a0"/>
        <w:numPr>
          <w:ilvl w:val="0"/>
          <w:numId w:val="0"/>
        </w:numPr>
        <w:ind w:left="360" w:hanging="360"/>
        <w:rPr>
          <w:rFonts w:ascii="Segoe UI Emoji" w:eastAsia="jf open 粉圓 2.0" w:hAnsi="Segoe UI Emoji" w:cs="Segoe UI Emoji"/>
          <w:szCs w:val="24"/>
          <w:lang w:eastAsia="zh-TW"/>
        </w:rPr>
      </w:pPr>
      <w:r w:rsidRPr="006F2FFE">
        <w:rPr>
          <w:rFonts w:ascii="Segoe UI Emoji" w:eastAsia="jf open 粉圓 2.0" w:hAnsi="Segoe UI Emoji" w:cs="Segoe UI Emoji"/>
          <w:szCs w:val="24"/>
          <w:lang w:eastAsia="zh-TW"/>
        </w:rPr>
        <w:t xml:space="preserve">📷 </w:t>
      </w:r>
      <w:r w:rsidRPr="006F2FFE">
        <w:rPr>
          <w:rFonts w:ascii="Segoe UI Emoji" w:eastAsia="jf open 粉圓 2.0" w:hAnsi="Segoe UI Emoji" w:cs="Segoe UI Emoji"/>
          <w:szCs w:val="24"/>
          <w:lang w:eastAsia="zh-TW"/>
        </w:rPr>
        <w:t>可附截圖、照片、筆記等紀錄</w:t>
      </w:r>
    </w:p>
    <w:p w14:paraId="5CC680F2" w14:textId="77777777" w:rsidR="006276AD" w:rsidRPr="006F2FFE" w:rsidRDefault="006276AD" w:rsidP="006276AD">
      <w:pPr>
        <w:pStyle w:val="a0"/>
        <w:numPr>
          <w:ilvl w:val="0"/>
          <w:numId w:val="0"/>
        </w:numPr>
        <w:ind w:left="360" w:hanging="360"/>
        <w:rPr>
          <w:rFonts w:ascii="Segoe UI Emoji" w:eastAsia="jf open 粉圓 2.0" w:hAnsi="Segoe UI Emoji" w:cs="Segoe UI Emoji"/>
          <w:szCs w:val="24"/>
          <w:lang w:eastAsia="zh-TW"/>
        </w:rPr>
      </w:pPr>
      <w:r w:rsidRPr="006F2FFE">
        <w:rPr>
          <w:rFonts w:ascii="Segoe UI Emoji" w:eastAsia="jf open 粉圓 2.0" w:hAnsi="Segoe UI Emoji" w:cs="Segoe UI Emoji"/>
          <w:szCs w:val="24"/>
          <w:lang w:eastAsia="zh-TW"/>
        </w:rPr>
        <w:t xml:space="preserve">🎬 </w:t>
      </w:r>
      <w:r w:rsidRPr="006F2FFE">
        <w:rPr>
          <w:rFonts w:ascii="Segoe UI Emoji" w:eastAsia="jf open 粉圓 2.0" w:hAnsi="Segoe UI Emoji" w:cs="Segoe UI Emoji"/>
          <w:szCs w:val="24"/>
          <w:lang w:eastAsia="zh-TW"/>
        </w:rPr>
        <w:t>數位成果不限形式（簡報、影片等）</w:t>
      </w:r>
    </w:p>
    <w:p w14:paraId="464DBA27" w14:textId="77777777" w:rsidR="006276AD" w:rsidRPr="006F2FFE" w:rsidRDefault="006276AD" w:rsidP="006276AD">
      <w:pPr>
        <w:pStyle w:val="a0"/>
        <w:numPr>
          <w:ilvl w:val="0"/>
          <w:numId w:val="0"/>
        </w:numPr>
        <w:ind w:left="360" w:hanging="360"/>
        <w:rPr>
          <w:rFonts w:ascii="Segoe UI Emoji" w:eastAsia="jf open 粉圓 2.0" w:hAnsi="Segoe UI Emoji" w:cs="Segoe UI Emoji"/>
          <w:szCs w:val="24"/>
          <w:lang w:eastAsia="zh-TW"/>
        </w:rPr>
      </w:pPr>
      <w:r w:rsidRPr="006F2FFE">
        <w:rPr>
          <w:rFonts w:ascii="Segoe UI Emoji" w:eastAsia="jf open 粉圓 2.0" w:hAnsi="Segoe UI Emoji" w:cs="Segoe UI Emoji"/>
          <w:szCs w:val="24"/>
          <w:lang w:eastAsia="zh-TW"/>
        </w:rPr>
        <w:t xml:space="preserve">🧑‍🤝‍🧑 </w:t>
      </w:r>
      <w:r w:rsidRPr="006F2FFE">
        <w:rPr>
          <w:rFonts w:ascii="Segoe UI Emoji" w:eastAsia="jf open 粉圓 2.0" w:hAnsi="Segoe UI Emoji" w:cs="Segoe UI Emoji"/>
          <w:szCs w:val="24"/>
          <w:lang w:eastAsia="zh-TW"/>
        </w:rPr>
        <w:t>若遇問題可洽詢班級小老師或同學</w:t>
      </w:r>
    </w:p>
    <w:p w14:paraId="4543D0D0" w14:textId="00D5191C" w:rsidR="00D51834" w:rsidRPr="006F2FFE" w:rsidRDefault="006276AD" w:rsidP="006F2FFE">
      <w:pPr>
        <w:pStyle w:val="a0"/>
        <w:numPr>
          <w:ilvl w:val="0"/>
          <w:numId w:val="0"/>
        </w:numPr>
        <w:ind w:left="360" w:hanging="360"/>
        <w:rPr>
          <w:rFonts w:ascii="jf open 粉圓 2.0" w:eastAsia="jf open 粉圓 2.0" w:hAnsi="jf open 粉圓 2.0"/>
          <w:b/>
          <w:bCs/>
          <w:szCs w:val="24"/>
          <w:lang w:eastAsia="zh-TW"/>
        </w:rPr>
      </w:pPr>
      <w:r w:rsidRPr="006F2FFE">
        <w:rPr>
          <w:rFonts w:ascii="Segoe UI Emoji" w:eastAsia="jf open 粉圓 2.0" w:hAnsi="Segoe UI Emoji" w:cs="Segoe UI Emoji"/>
          <w:szCs w:val="24"/>
          <w:lang w:eastAsia="zh-TW"/>
        </w:rPr>
        <w:t xml:space="preserve">🧑‍🤝‍🧑 </w:t>
      </w:r>
      <w:r w:rsidRPr="006F2FFE">
        <w:rPr>
          <w:rFonts w:ascii="Segoe UI Emoji" w:eastAsia="jf open 粉圓 2.0" w:hAnsi="Segoe UI Emoji" w:cs="Segoe UI Emoji"/>
          <w:szCs w:val="24"/>
          <w:lang w:eastAsia="zh-TW"/>
        </w:rPr>
        <w:t>如果要詢問老師問題，請搜尋</w:t>
      </w:r>
      <w:r w:rsidR="006F2FFE">
        <w:rPr>
          <w:rFonts w:ascii="Segoe UI Emoji" w:eastAsia="jf open 粉圓 2.0" w:hAnsi="Segoe UI Emoji" w:cs="Segoe UI Emoji" w:hint="eastAsia"/>
          <w:szCs w:val="24"/>
          <w:lang w:eastAsia="zh-TW"/>
        </w:rPr>
        <w:t xml:space="preserve"> </w:t>
      </w:r>
      <w:r w:rsidRPr="006F2FFE">
        <w:rPr>
          <w:rFonts w:ascii="Segoe UI Emoji" w:eastAsia="jf open 粉圓 2.0" w:hAnsi="Segoe UI Emoji" w:cs="Segoe UI Emoji"/>
          <w:b/>
          <w:bCs/>
          <w:szCs w:val="24"/>
          <w:lang w:eastAsia="zh-TW"/>
        </w:rPr>
        <w:t>Facebook</w:t>
      </w:r>
      <w:r w:rsidRPr="006F2FFE">
        <w:rPr>
          <w:rFonts w:ascii="Segoe UI Emoji" w:eastAsia="jf open 粉圓 2.0" w:hAnsi="Segoe UI Emoji" w:cs="Segoe UI Emoji"/>
          <w:b/>
          <w:bCs/>
          <w:szCs w:val="24"/>
          <w:lang w:eastAsia="zh-TW"/>
        </w:rPr>
        <w:t>：</w:t>
      </w:r>
      <w:proofErr w:type="gramStart"/>
      <w:r w:rsidRPr="006F2FFE">
        <w:rPr>
          <w:rFonts w:ascii="Segoe UI Emoji" w:eastAsia="jf open 粉圓 2.0" w:hAnsi="Segoe UI Emoji" w:cs="Segoe UI Emoji"/>
          <w:b/>
          <w:bCs/>
          <w:szCs w:val="24"/>
          <w:lang w:eastAsia="zh-TW"/>
        </w:rPr>
        <w:t>池富鴻</w:t>
      </w:r>
      <w:proofErr w:type="gramEnd"/>
      <w:r w:rsidR="00CD4705" w:rsidRPr="006F2FFE">
        <w:rPr>
          <w:rFonts w:ascii="Segoe UI Emoji" w:eastAsia="jf open 粉圓 2.0" w:hAnsi="Segoe UI Emoji" w:cs="Segoe UI Emoji" w:hint="eastAsia"/>
          <w:b/>
          <w:bCs/>
          <w:szCs w:val="24"/>
          <w:lang w:eastAsia="zh-TW"/>
        </w:rPr>
        <w:t>、</w:t>
      </w:r>
      <w:r w:rsidRPr="006F2FFE">
        <w:rPr>
          <w:rFonts w:ascii="Segoe UI Emoji" w:eastAsia="jf open 粉圓 2.0" w:hAnsi="Segoe UI Emoji" w:cs="Segoe UI Emoji"/>
          <w:b/>
          <w:bCs/>
          <w:szCs w:val="24"/>
          <w:lang w:eastAsia="zh-TW"/>
        </w:rPr>
        <w:t>Email</w:t>
      </w:r>
      <w:r w:rsidRPr="006F2FFE">
        <w:rPr>
          <w:rFonts w:ascii="Segoe UI Emoji" w:eastAsia="jf open 粉圓 2.0" w:hAnsi="Segoe UI Emoji" w:cs="Segoe UI Emoji"/>
          <w:b/>
          <w:bCs/>
          <w:szCs w:val="24"/>
          <w:lang w:eastAsia="zh-TW"/>
        </w:rPr>
        <w:t>：</w:t>
      </w:r>
      <w:r w:rsidRPr="006F2FFE">
        <w:rPr>
          <w:rFonts w:ascii="Segoe UI Emoji" w:eastAsia="jf open 粉圓 2.0" w:hAnsi="Segoe UI Emoji" w:cs="Segoe UI Emoji"/>
          <w:b/>
          <w:bCs/>
          <w:szCs w:val="24"/>
          <w:lang w:eastAsia="zh-TW"/>
        </w:rPr>
        <w:t>fuhongc.edu@gmail.com</w:t>
      </w:r>
    </w:p>
    <w:sectPr w:rsidR="00D51834" w:rsidRPr="006F2FFE" w:rsidSect="00B85BBB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jf open 粉圓 2.0">
    <w:altName w:val="微軟正黑體"/>
    <w:panose1 w:val="020B0000000000000000"/>
    <w:charset w:val="88"/>
    <w:family w:val="swiss"/>
    <w:pitch w:val="variable"/>
    <w:sig w:usb0="800002E3" w:usb1="38C87C7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B54A9A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</w:abstractNum>
  <w:abstractNum w:abstractNumId="9" w15:restartNumberingAfterBreak="0">
    <w:nsid w:val="04404CC1"/>
    <w:multiLevelType w:val="hybridMultilevel"/>
    <w:tmpl w:val="A72CD7EE"/>
    <w:lvl w:ilvl="0" w:tplc="5508AB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462D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3A2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3EFB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3A3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6673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CCF3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B65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0E0F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4C149EA"/>
    <w:multiLevelType w:val="hybridMultilevel"/>
    <w:tmpl w:val="51C6B1B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7D964BF"/>
    <w:multiLevelType w:val="hybridMultilevel"/>
    <w:tmpl w:val="96AAA562"/>
    <w:lvl w:ilvl="0" w:tplc="4A6474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FC26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E47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DE6F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0A2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2ED3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D28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203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F886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3B9725E"/>
    <w:multiLevelType w:val="hybridMultilevel"/>
    <w:tmpl w:val="AF862C66"/>
    <w:lvl w:ilvl="0" w:tplc="8F58B6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042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B0C8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66F8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5A4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B425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8E2B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3E88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069C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87B7C0D"/>
    <w:multiLevelType w:val="hybridMultilevel"/>
    <w:tmpl w:val="9EFA592A"/>
    <w:lvl w:ilvl="0" w:tplc="35F431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D4F3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3AF7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F062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AAF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4A7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9092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742F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C2CE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2D93A0E"/>
    <w:multiLevelType w:val="hybridMultilevel"/>
    <w:tmpl w:val="BFBE57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F861221"/>
    <w:multiLevelType w:val="hybridMultilevel"/>
    <w:tmpl w:val="6B785DC4"/>
    <w:lvl w:ilvl="0" w:tplc="8EDADD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AA7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8EF3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B0C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B0D0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E487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283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1C5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169F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19010B1"/>
    <w:multiLevelType w:val="hybridMultilevel"/>
    <w:tmpl w:val="79DE9A1E"/>
    <w:lvl w:ilvl="0" w:tplc="BA0E43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3205886">
    <w:abstractNumId w:val="8"/>
  </w:num>
  <w:num w:numId="2" w16cid:durableId="1070663163">
    <w:abstractNumId w:val="6"/>
  </w:num>
  <w:num w:numId="3" w16cid:durableId="321813456">
    <w:abstractNumId w:val="5"/>
  </w:num>
  <w:num w:numId="4" w16cid:durableId="942803508">
    <w:abstractNumId w:val="4"/>
  </w:num>
  <w:num w:numId="5" w16cid:durableId="1842114423">
    <w:abstractNumId w:val="7"/>
  </w:num>
  <w:num w:numId="6" w16cid:durableId="1685210278">
    <w:abstractNumId w:val="3"/>
  </w:num>
  <w:num w:numId="7" w16cid:durableId="128717869">
    <w:abstractNumId w:val="2"/>
  </w:num>
  <w:num w:numId="8" w16cid:durableId="33897407">
    <w:abstractNumId w:val="1"/>
  </w:num>
  <w:num w:numId="9" w16cid:durableId="1728261406">
    <w:abstractNumId w:val="0"/>
  </w:num>
  <w:num w:numId="10" w16cid:durableId="1994290477">
    <w:abstractNumId w:val="14"/>
  </w:num>
  <w:num w:numId="11" w16cid:durableId="1921333012">
    <w:abstractNumId w:val="16"/>
  </w:num>
  <w:num w:numId="12" w16cid:durableId="401292197">
    <w:abstractNumId w:val="13"/>
  </w:num>
  <w:num w:numId="13" w16cid:durableId="1002898956">
    <w:abstractNumId w:val="10"/>
  </w:num>
  <w:num w:numId="14" w16cid:durableId="1501043166">
    <w:abstractNumId w:val="11"/>
  </w:num>
  <w:num w:numId="15" w16cid:durableId="442531140">
    <w:abstractNumId w:val="12"/>
  </w:num>
  <w:num w:numId="16" w16cid:durableId="1219514036">
    <w:abstractNumId w:val="9"/>
  </w:num>
  <w:num w:numId="17" w16cid:durableId="7046020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A5E"/>
    <w:rsid w:val="0015074B"/>
    <w:rsid w:val="0029639D"/>
    <w:rsid w:val="00296A9D"/>
    <w:rsid w:val="002A46D8"/>
    <w:rsid w:val="00326F90"/>
    <w:rsid w:val="006276AD"/>
    <w:rsid w:val="006F2FFE"/>
    <w:rsid w:val="00866D97"/>
    <w:rsid w:val="00AA1D8D"/>
    <w:rsid w:val="00B47730"/>
    <w:rsid w:val="00B85BBB"/>
    <w:rsid w:val="00CB0664"/>
    <w:rsid w:val="00CD4705"/>
    <w:rsid w:val="00D34EC7"/>
    <w:rsid w:val="00D518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35E1B3"/>
  <w14:defaultImageDpi w14:val="300"/>
  <w15:docId w15:val="{1E5D70B3-13BA-417D-ACE2-728A46A0C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標楷體" w:hAnsi="標楷體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B85BBB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B85BBB"/>
    <w:rPr>
      <w:color w:val="605E5C"/>
      <w:shd w:val="clear" w:color="auto" w:fill="E1DFDD"/>
    </w:rPr>
  </w:style>
  <w:style w:type="paragraph" w:styleId="Web">
    <w:name w:val="Normal (Web)"/>
    <w:basedOn w:val="a1"/>
    <w:uiPriority w:val="99"/>
    <w:semiHidden/>
    <w:unhideWhenUsed/>
    <w:rsid w:val="00B85BBB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5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06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5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6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04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76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50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66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31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37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701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007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4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82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7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21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hongc.edu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fuhongc15@tmail.ilc.edu.tw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uhongc15@tmail.ilc.edu.tw" TargetMode="External"/><Relationship Id="rId11" Type="http://schemas.openxmlformats.org/officeDocument/2006/relationships/hyperlink" Target="mailto:fuhongc.edu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uhongc15@tmail.il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uhongc.ed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812F3B-6ABB-4089-8E7D-3F53D1AE8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Fuhong Chih</cp:lastModifiedBy>
  <cp:revision>8</cp:revision>
  <cp:lastPrinted>2025-07-28T03:00:00Z</cp:lastPrinted>
  <dcterms:created xsi:type="dcterms:W3CDTF">2013-12-23T23:15:00Z</dcterms:created>
  <dcterms:modified xsi:type="dcterms:W3CDTF">2025-07-28T14:43:00Z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7690a924-154c-48b5-8c53-ddf9c5c7be4f</vt:lpwstr>
  </property>
</Properties>
</file>